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Heading1"/>
        <w:jc w:val="center"/>
      </w:pPr>
      <w:r>
        <w:rPr>
          <w:lang w:eastAsia="ko-KR"/>
          <w:rtl w:val="off"/>
        </w:rPr>
        <w:t xml:space="preserve">소성주 숏폼 </w:t>
      </w:r>
      <w:r>
        <w:t>영상 공모전 참여 신청서</w:t>
      </w:r>
    </w:p>
    <w:p>
      <w:pPr>
        <w:rPr>
          <w:lang/>
          <w:rtl w:val="off"/>
        </w:rPr>
      </w:pPr>
    </w:p>
    <w:p>
      <w:r>
        <w:t>공모전명: ___________________________________________</w:t>
      </w:r>
    </w:p>
    <w:p>
      <w:r>
        <w:t>참가자 구분: ☐ 개인 ☐ 팀 (팀명: _______________________)</w:t>
      </w:r>
    </w:p>
    <w:p>
      <w:pPr>
        <w:pStyle w:val="Heading2"/>
      </w:pPr>
      <w:r>
        <w:t>1. 참가자 정보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8"/>
        <w:gridCol w:w="5682"/>
      </w:tblGrid>
      <w:tr>
        <w:tc>
          <w:tcPr>
            <w:tcW w:w="2958" w:type="dxa"/>
          </w:tcPr>
          <w:p>
            <w:r>
              <w:t>이름(대표자)</w:t>
            </w:r>
          </w:p>
        </w:tc>
        <w:tc>
          <w:tcPr>
            <w:tcW w:w="5682" w:type="dxa"/>
          </w:tcPr>
          <w:p/>
        </w:tc>
      </w:tr>
      <w:tr>
        <w:tc>
          <w:tcPr>
            <w:tcW w:w="2958" w:type="dxa"/>
          </w:tcPr>
          <w:p>
            <w:r>
              <w:t>생년월일</w:t>
            </w:r>
          </w:p>
        </w:tc>
        <w:tc>
          <w:tcPr>
            <w:tcW w:w="5682" w:type="dxa"/>
          </w:tcPr>
          <w:p/>
        </w:tc>
      </w:tr>
      <w:tr>
        <w:tc>
          <w:tcPr>
            <w:tcW w:w="2958" w:type="dxa"/>
          </w:tcPr>
          <w:p>
            <w:r>
              <w:t>연락처</w:t>
            </w:r>
          </w:p>
        </w:tc>
        <w:tc>
          <w:tcPr>
            <w:tcW w:w="5682" w:type="dxa"/>
          </w:tcPr>
          <w:p/>
        </w:tc>
      </w:tr>
      <w:tr>
        <w:tc>
          <w:tcPr>
            <w:tcW w:w="2958" w:type="dxa"/>
          </w:tcPr>
          <w:p>
            <w:r>
              <w:t>이메일</w:t>
            </w:r>
          </w:p>
        </w:tc>
        <w:tc>
          <w:tcPr>
            <w:tcW w:w="5682" w:type="dxa"/>
          </w:tcPr>
          <w:p/>
        </w:tc>
      </w:tr>
      <w:tr>
        <w:tc>
          <w:tcPr>
            <w:tcW w:w="2958" w:type="dxa"/>
          </w:tcPr>
          <w:p>
            <w:r>
              <w:t>팀원 이름(팀 참가 시)</w:t>
            </w:r>
          </w:p>
        </w:tc>
        <w:tc>
          <w:tcPr>
            <w:tcW w:w="5682" w:type="dxa"/>
          </w:tcPr>
          <w:p/>
        </w:tc>
      </w:tr>
    </w:tbl>
    <w:p>
      <w:pPr>
        <w:pStyle w:val="Heading2"/>
      </w:pPr>
      <w:r>
        <w:t>2. 작품 정보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8"/>
        <w:gridCol w:w="5772"/>
      </w:tblGrid>
      <w:tr>
        <w:tc>
          <w:tcPr>
            <w:tcW w:w="2868" w:type="dxa"/>
          </w:tcPr>
          <w:p>
            <w:r>
              <w:t>작품 제목</w:t>
            </w:r>
          </w:p>
        </w:tc>
        <w:tc>
          <w:tcPr>
            <w:tcW w:w="5772" w:type="dxa"/>
          </w:tcPr>
          <w:p/>
        </w:tc>
      </w:tr>
      <w:tr>
        <w:tc>
          <w:tcPr>
            <w:tcW w:w="2868" w:type="dxa"/>
          </w:tcPr>
          <w:p>
            <w:r>
              <w:t>영상 길이</w:t>
            </w:r>
          </w:p>
        </w:tc>
        <w:tc>
          <w:tcPr>
            <w:tcW w:w="5772" w:type="dxa"/>
          </w:tcPr>
          <w:p/>
        </w:tc>
      </w:tr>
    </w:tbl>
    <w:p>
      <w:pPr>
        <w:pStyle w:val="Heading2"/>
      </w:pPr>
      <w:r>
        <w:t>3. 파일 및 링크 정보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128"/>
      </w:tblGrid>
      <w:tr>
        <w:tc>
          <w:tcPr>
            <w:tcW w:w="4512" w:type="dxa"/>
          </w:tcPr>
          <w:p>
            <w:r>
              <w:t>영상 제출 링크 (</w:t>
            </w:r>
            <w:r>
              <w:rPr>
                <w:lang w:eastAsia="ko-KR"/>
                <w:rtl w:val="off"/>
              </w:rPr>
              <w:t>인스타</w:t>
            </w:r>
            <w:r>
              <w:t>/</w:t>
            </w:r>
            <w:r>
              <w:rPr>
                <w:lang w:eastAsia="ko-KR"/>
                <w:rtl w:val="off"/>
              </w:rPr>
              <w:t>유튜브/페이스북</w:t>
            </w:r>
            <w:r>
              <w:t xml:space="preserve"> 등)</w:t>
            </w:r>
          </w:p>
        </w:tc>
        <w:tc>
          <w:tcPr>
            <w:tcW w:w="4128" w:type="dxa"/>
          </w:tcPr>
          <w:p/>
        </w:tc>
      </w:tr>
      <w:tr>
        <w:tc>
          <w:tcPr>
            <w:tcW w:w="4512" w:type="dxa"/>
          </w:tcPr>
          <w:p>
            <w:r>
              <w:t>기타 첨부 자료</w:t>
            </w:r>
          </w:p>
        </w:tc>
        <w:tc>
          <w:tcPr>
            <w:tcW w:w="4128" w:type="dxa"/>
          </w:tcPr>
          <w:p/>
        </w:tc>
      </w:tr>
    </w:tbl>
    <w:p>
      <w:pPr>
        <w:pStyle w:val="Heading2"/>
      </w:pPr>
      <w:r>
        <w:t>4. 개인정보 수집 및 이용 동의</w:t>
      </w:r>
    </w:p>
    <w:p>
      <w:r>
        <w:t>본인은 영상 공모전 운영을 위해 제출한 개인정보 및 출품작 관련 정보를 주최 측이 활용하는 데 동의합니다.</w:t>
      </w:r>
    </w:p>
    <w:p>
      <w:r>
        <w:t>☐ 동의함   ☐ 동의하지 않음</w:t>
      </w:r>
    </w:p>
    <w:p>
      <w:r>
        <w:t>서명: __________________________   날짜: ________년 ____월 ____일</w:t>
      </w:r>
    </w:p>
    <w:p>
      <w:pPr>
        <w:pStyle w:val="Heading2"/>
      </w:pPr>
      <w:r>
        <w:t>5. 저작권 및 초상권 확인서</w:t>
      </w:r>
    </w:p>
    <w:p>
      <w:r>
        <w:t>본 출품작은 제3자의 저작권, 초상권 등을 침해하지 않음을 확인하며, 이와 관련된 모든 법적 책임은 참가자 본인(또는 팀)에 있습니다.</w:t>
      </w:r>
    </w:p>
    <w:p>
      <w:r>
        <w:t>☐ 확인함</w:t>
      </w:r>
    </w:p>
    <w:p>
      <w:pPr>
        <w:rPr>
          <w:lang/>
          <w:rtl w:val="off"/>
        </w:rPr>
      </w:pPr>
      <w:r>
        <w:t>서명: __________________________   날짜: ________년 ____월 ____일</w:t>
      </w:r>
    </w:p>
    <w:p>
      <w:pPr>
        <w:rPr>
          <w:lang/>
          <w:rtl w:val="off"/>
        </w:rPr>
      </w:pPr>
    </w:p>
    <w:p>
      <w:pPr>
        <w:jc w:val="center"/>
        <w:rPr>
          <w:lang w:eastAsia="ko-KR"/>
          <w:rFonts w:hint="eastAsia"/>
          <w:rtl w:val="off"/>
        </w:rPr>
      </w:pPr>
      <w:r>
        <w:rPr>
          <w:lang/>
          <w:rtl w:val="off"/>
        </w:rPr>
        <w:drawing>
          <wp:inline distT="0" distB="0" distL="0" distR="0">
            <wp:extent cx="1139190" cy="446825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446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shd w:val="clear" w:color="auto" w:fill="auto"/>
        <w:rPr>
          <w:caps w:val="off"/>
          <w:rFonts w:ascii="나눔고딕" w:eastAsia="나눔고딕" w:hAnsi="나눔고딕" w:cs="나눔고딕"/>
          <w:b w:val="0"/>
          <w:i w:val="0"/>
          <w:sz w:val="8"/>
          <w:u w:color="auto"/>
        </w:rPr>
      </w:pPr>
      <w:r>
        <w:rPr>
          <w:lang w:eastAsia="ko-KR"/>
          <w:sz w:val="24"/>
          <w:szCs w:val="24"/>
          <w:rtl w:val="off"/>
        </w:rPr>
        <w:t xml:space="preserve">접수처 </w:t>
      </w:r>
      <w:r>
        <w:rPr>
          <w:lang w:eastAsia="ko-KR"/>
          <w:rFonts w:ascii="고도 B" w:eastAsia="고도 B" w:hAnsi="고도 B" w:cs="고도 B" w:hint="default"/>
          <w:sz w:val="24"/>
          <w:szCs w:val="24"/>
          <w:u w:color="auto"/>
          <w:rtl w:val="off"/>
        </w:rPr>
        <w:t xml:space="preserve"> </w:t>
      </w:r>
      <w:r>
        <w:rPr>
          <w:caps w:val="off"/>
          <w:rFonts w:ascii="나눔고딕" w:eastAsia="나눔고딕" w:hAnsi="나눔고딕" w:cs="나눔고딕"/>
          <w:b w:val="0"/>
          <w:i w:val="0"/>
          <w:sz w:val="24"/>
          <w:szCs w:val="24"/>
          <w:u w:color="auto"/>
        </w:rPr>
        <w:t>sypt2022@naver.com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lang/>
          <w:rtl w:val="off"/>
        </w:rPr>
      </w:pPr>
    </w:p>
    <w:p>
      <w:pPr>
        <w:rPr>
          <w:sz w:val="30"/>
          <w:szCs w:val="30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나눔고딕">
    <w:panose1 w:val="020D0604000000000000"/>
    <w:notTrueType w:val="false"/>
    <w:sig w:usb0="900002A7" w:usb1="29D7FCFB" w:usb2="00000010" w:usb3="00000001" w:csb0="00080001" w:csb1="00000001"/>
  </w:font>
  <w:font w:name="고도 B">
    <w:panose1 w:val="02000503000000020004"/>
    <w:notTrueType w:val="false"/>
    <w:sig w:usb0="00000081" w:usb1="01D72C70" w:usb2="00000010" w:usb3="00000001" w:csb0="0008019F" w:csb1="4F030000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911"/>
    <w:lsdException w:name="toc 2" w:uiPriority="1911"/>
    <w:lsdException w:name="toc 3" w:uiPriority="1911"/>
    <w:lsdException w:name="toc 4" w:uiPriority="1911"/>
    <w:lsdException w:name="toc 5" w:uiPriority="1911"/>
    <w:lsdException w:name="toc 6" w:uiPriority="1911"/>
    <w:lsdException w:name="toc 7" w:uiPriority="1911"/>
    <w:lsdException w:name="toc 8" w:uiPriority="1911"/>
    <w:lsdException w:name="toc 9" w:uiPriority="1911"/>
    <w:lsdException w:name="caption" w:uiPriority="1907" w:qFormat="1"/>
    <w:lsdException w:name="Title" w:semiHidden="0" w:uiPriority="130" w:unhideWhenUsed="0" w:qFormat="1"/>
    <w:lsdException w:name="Default Paragraph Font" w:uiPriority="1"/>
    <w:lsdException w:name="Subtitle" w:semiHidden="0" w:uiPriority="131" w:unhideWhenUsed="0" w:qFormat="1"/>
    <w:lsdException w:name="Strong" w:semiHidden="0" w:uiPriority="772" w:unhideWhenUsed="0" w:qFormat="1"/>
    <w:lsdException w:name="Emphasis" w:semiHidden="0" w:uiPriority="662" w:unhideWhenUsed="0" w:qFormat="1"/>
    <w:lsdException w:name="Table Grid" w:semiHidden="0" w:uiPriority="64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322" w:unhideWhenUsed="0"/>
    <w:lsdException w:name="Light List" w:semiHidden="0" w:uiPriority="8323" w:unhideWhenUsed="0"/>
    <w:lsdException w:name="Light Grid" w:semiHidden="0" w:uiPriority="8324" w:unhideWhenUsed="0"/>
    <w:lsdException w:name="Medium Shading 1" w:semiHidden="0" w:uiPriority="8325" w:unhideWhenUsed="0"/>
    <w:lsdException w:name="Medium Shading 2" w:semiHidden="0" w:uiPriority="20848" w:unhideWhenUsed="0"/>
    <w:lsdException w:name="Medium List 1" w:semiHidden="0" w:uiPriority="20849" w:unhideWhenUsed="0"/>
    <w:lsdException w:name="Medium List 2" w:semiHidden="0" w:uiPriority="21552" w:unhideWhenUsed="0"/>
    <w:lsdException w:name="Medium Grid 1" w:semiHidden="0" w:uiPriority="21553" w:unhideWhenUsed="0"/>
    <w:lsdException w:name="Medium Grid 2" w:semiHidden="0" w:uiPriority="21572" w:unhideWhenUsed="0"/>
    <w:lsdException w:name="Medium Grid 3" w:semiHidden="0" w:uiPriority="21573" w:unhideWhenUsed="0"/>
    <w:lsdException w:name="Dark List" w:semiHidden="0" w:uiPriority="21652" w:unhideWhenUsed="0"/>
    <w:lsdException w:name="Colorful Shading" w:semiHidden="0" w:uiPriority="21653" w:unhideWhenUsed="0"/>
    <w:lsdException w:name="Colorful List" w:semiHidden="0" w:uiPriority="21768" w:unhideWhenUsed="0"/>
    <w:lsdException w:name="Colorful Grid" w:semiHidden="0" w:uiPriority="21769" w:unhideWhenUsed="0"/>
    <w:lsdException w:name="Light Shading Accent 1" w:semiHidden="0" w:uiPriority="8322" w:unhideWhenUsed="0"/>
    <w:lsdException w:name="Light List Accent 1" w:semiHidden="0" w:uiPriority="8323" w:unhideWhenUsed="0"/>
    <w:lsdException w:name="Light Grid Accent 1" w:semiHidden="0" w:uiPriority="8324" w:unhideWhenUsed="0"/>
    <w:lsdException w:name="Medium Shading 1 Accent 1" w:semiHidden="0" w:uiPriority="8325" w:unhideWhenUsed="0"/>
    <w:lsdException w:name="Medium Shading 2 Accent 1" w:semiHidden="0" w:uiPriority="20848" w:unhideWhenUsed="0"/>
    <w:lsdException w:name="Medium List 1 Accent 1" w:semiHidden="0" w:uiPriority="20849" w:unhideWhenUsed="0"/>
    <w:lsdException w:name="Revision" w:unhideWhenUsed="0"/>
    <w:lsdException w:name="List Paragraph" w:semiHidden="0" w:uiPriority="1906" w:unhideWhenUsed="0" w:qFormat="1"/>
    <w:lsdException w:name="Quote" w:semiHidden="0" w:uiPriority="1433" w:unhideWhenUsed="0" w:qFormat="1"/>
    <w:lsdException w:name="Intense Quote" w:semiHidden="0" w:uiPriority="1584" w:unhideWhenUsed="0" w:qFormat="1"/>
    <w:lsdException w:name="Medium List 2 Accent 1" w:semiHidden="0" w:uiPriority="21552" w:unhideWhenUsed="0"/>
    <w:lsdException w:name="Medium Grid 1 Accent 1" w:semiHidden="0" w:uiPriority="21553" w:unhideWhenUsed="0"/>
    <w:lsdException w:name="Medium Grid 2 Accent 1" w:semiHidden="0" w:uiPriority="21572" w:unhideWhenUsed="0"/>
    <w:lsdException w:name="Medium Grid 3 Accent 1" w:semiHidden="0" w:uiPriority="21573" w:unhideWhenUsed="0"/>
    <w:lsdException w:name="Dark List Accent 1" w:semiHidden="0" w:uiPriority="21652" w:unhideWhenUsed="0"/>
    <w:lsdException w:name="Colorful Shading Accent 1" w:semiHidden="0" w:uiPriority="21653" w:unhideWhenUsed="0"/>
    <w:lsdException w:name="Colorful List Accent 1" w:semiHidden="0" w:uiPriority="21768" w:unhideWhenUsed="0"/>
    <w:lsdException w:name="Colorful Grid Accent 1" w:semiHidden="0" w:uiPriority="21769" w:unhideWhenUsed="0"/>
    <w:lsdException w:name="Light Shading Accent 2" w:semiHidden="0" w:uiPriority="8322" w:unhideWhenUsed="0"/>
    <w:lsdException w:name="Light List Accent 2" w:semiHidden="0" w:uiPriority="8323" w:unhideWhenUsed="0"/>
    <w:lsdException w:name="Light Grid Accent 2" w:semiHidden="0" w:uiPriority="8324" w:unhideWhenUsed="0"/>
    <w:lsdException w:name="Medium Shading 1 Accent 2" w:semiHidden="0" w:uiPriority="8325" w:unhideWhenUsed="0"/>
    <w:lsdException w:name="Medium Shading 2 Accent 2" w:semiHidden="0" w:uiPriority="20848" w:unhideWhenUsed="0"/>
    <w:lsdException w:name="Medium List 1 Accent 2" w:semiHidden="0" w:uiPriority="20849" w:unhideWhenUsed="0"/>
    <w:lsdException w:name="Medium List 2 Accent 2" w:semiHidden="0" w:uiPriority="21552" w:unhideWhenUsed="0"/>
    <w:lsdException w:name="Medium Grid 1 Accent 2" w:semiHidden="0" w:uiPriority="21553" w:unhideWhenUsed="0"/>
    <w:lsdException w:name="Medium Grid 2 Accent 2" w:semiHidden="0" w:uiPriority="21572" w:unhideWhenUsed="0"/>
    <w:lsdException w:name="Medium Grid 3 Accent 2" w:semiHidden="0" w:uiPriority="21573" w:unhideWhenUsed="0"/>
    <w:lsdException w:name="Dark List Accent 2" w:semiHidden="0" w:uiPriority="21652" w:unhideWhenUsed="0"/>
    <w:lsdException w:name="Colorful Shading Accent 2" w:semiHidden="0" w:uiPriority="21653" w:unhideWhenUsed="0"/>
    <w:lsdException w:name="Colorful List Accent 2" w:semiHidden="0" w:uiPriority="21768" w:unhideWhenUsed="0"/>
    <w:lsdException w:name="Colorful Grid Accent 2" w:semiHidden="0" w:uiPriority="21769" w:unhideWhenUsed="0"/>
    <w:lsdException w:name="Light Shading Accent 3" w:semiHidden="0" w:uiPriority="8322" w:unhideWhenUsed="0"/>
    <w:lsdException w:name="Light List Accent 3" w:semiHidden="0" w:uiPriority="8323" w:unhideWhenUsed="0"/>
    <w:lsdException w:name="Light Grid Accent 3" w:semiHidden="0" w:uiPriority="8324" w:unhideWhenUsed="0"/>
    <w:lsdException w:name="Medium Shading 1 Accent 3" w:semiHidden="0" w:uiPriority="8325" w:unhideWhenUsed="0"/>
    <w:lsdException w:name="Medium Shading 2 Accent 3" w:semiHidden="0" w:uiPriority="20848" w:unhideWhenUsed="0"/>
    <w:lsdException w:name="Medium List 1 Accent 3" w:semiHidden="0" w:uiPriority="20849" w:unhideWhenUsed="0"/>
    <w:lsdException w:name="Medium List 2 Accent 3" w:semiHidden="0" w:uiPriority="21552" w:unhideWhenUsed="0"/>
    <w:lsdException w:name="Medium Grid 1 Accent 3" w:semiHidden="0" w:uiPriority="21553" w:unhideWhenUsed="0"/>
    <w:lsdException w:name="Medium Grid 2 Accent 3" w:semiHidden="0" w:uiPriority="21572" w:unhideWhenUsed="0"/>
    <w:lsdException w:name="Medium Grid 3 Accent 3" w:semiHidden="0" w:uiPriority="21573" w:unhideWhenUsed="0"/>
    <w:lsdException w:name="Dark List Accent 3" w:semiHidden="0" w:uiPriority="21652" w:unhideWhenUsed="0"/>
    <w:lsdException w:name="Colorful Shading Accent 3" w:semiHidden="0" w:uiPriority="21653" w:unhideWhenUsed="0"/>
    <w:lsdException w:name="Colorful List Accent 3" w:semiHidden="0" w:uiPriority="21768" w:unhideWhenUsed="0"/>
    <w:lsdException w:name="Colorful Grid Accent 3" w:semiHidden="0" w:uiPriority="21769" w:unhideWhenUsed="0"/>
    <w:lsdException w:name="Light Shading Accent 4" w:semiHidden="0" w:uiPriority="8322" w:unhideWhenUsed="0"/>
    <w:lsdException w:name="Light List Accent 4" w:semiHidden="0" w:uiPriority="8323" w:unhideWhenUsed="0"/>
    <w:lsdException w:name="Light Grid Accent 4" w:semiHidden="0" w:uiPriority="8324" w:unhideWhenUsed="0"/>
    <w:lsdException w:name="Medium Shading 1 Accent 4" w:semiHidden="0" w:uiPriority="8325" w:unhideWhenUsed="0"/>
    <w:lsdException w:name="Medium Shading 2 Accent 4" w:semiHidden="0" w:uiPriority="20848" w:unhideWhenUsed="0"/>
    <w:lsdException w:name="Medium List 1 Accent 4" w:semiHidden="0" w:uiPriority="20849" w:unhideWhenUsed="0"/>
    <w:lsdException w:name="Medium List 2 Accent 4" w:semiHidden="0" w:uiPriority="21552" w:unhideWhenUsed="0"/>
    <w:lsdException w:name="Medium Grid 1 Accent 4" w:semiHidden="0" w:uiPriority="21553" w:unhideWhenUsed="0"/>
    <w:lsdException w:name="Medium Grid 2 Accent 4" w:semiHidden="0" w:uiPriority="21572" w:unhideWhenUsed="0"/>
    <w:lsdException w:name="Medium Grid 3 Accent 4" w:semiHidden="0" w:uiPriority="21573" w:unhideWhenUsed="0"/>
    <w:lsdException w:name="Dark List Accent 4" w:semiHidden="0" w:uiPriority="21652" w:unhideWhenUsed="0"/>
    <w:lsdException w:name="Colorful Shading Accent 4" w:semiHidden="0" w:uiPriority="21653" w:unhideWhenUsed="0"/>
    <w:lsdException w:name="Colorful List Accent 4" w:semiHidden="0" w:uiPriority="21768" w:unhideWhenUsed="0"/>
    <w:lsdException w:name="Colorful Grid Accent 4" w:semiHidden="0" w:uiPriority="21769" w:unhideWhenUsed="0"/>
    <w:lsdException w:name="Light Shading Accent 5" w:semiHidden="0" w:uiPriority="8322" w:unhideWhenUsed="0"/>
    <w:lsdException w:name="Light List Accent 5" w:semiHidden="0" w:uiPriority="8323" w:unhideWhenUsed="0"/>
    <w:lsdException w:name="Light Grid Accent 5" w:semiHidden="0" w:uiPriority="8324" w:unhideWhenUsed="0"/>
    <w:lsdException w:name="Medium Shading 1 Accent 5" w:semiHidden="0" w:uiPriority="8325" w:unhideWhenUsed="0"/>
    <w:lsdException w:name="Medium Shading 2 Accent 5" w:semiHidden="0" w:uiPriority="20848" w:unhideWhenUsed="0"/>
    <w:lsdException w:name="Medium List 1 Accent 5" w:semiHidden="0" w:uiPriority="20849" w:unhideWhenUsed="0"/>
    <w:lsdException w:name="Medium List 2 Accent 5" w:semiHidden="0" w:uiPriority="21552" w:unhideWhenUsed="0"/>
    <w:lsdException w:name="Medium Grid 1 Accent 5" w:semiHidden="0" w:uiPriority="21553" w:unhideWhenUsed="0"/>
    <w:lsdException w:name="Medium Grid 2 Accent 5" w:semiHidden="0" w:uiPriority="21572" w:unhideWhenUsed="0"/>
    <w:lsdException w:name="Medium Grid 3 Accent 5" w:semiHidden="0" w:uiPriority="21573" w:unhideWhenUsed="0"/>
    <w:lsdException w:name="Dark List Accent 5" w:semiHidden="0" w:uiPriority="21652" w:unhideWhenUsed="0"/>
    <w:lsdException w:name="Colorful Shading Accent 5" w:semiHidden="0" w:uiPriority="21653" w:unhideWhenUsed="0"/>
    <w:lsdException w:name="Colorful List Accent 5" w:semiHidden="0" w:uiPriority="21768" w:unhideWhenUsed="0"/>
    <w:lsdException w:name="Colorful Grid Accent 5" w:semiHidden="0" w:uiPriority="21769" w:unhideWhenUsed="0"/>
    <w:lsdException w:name="Light Shading Accent 6" w:semiHidden="0" w:uiPriority="8322" w:unhideWhenUsed="0"/>
    <w:lsdException w:name="Light List Accent 6" w:semiHidden="0" w:uiPriority="8323" w:unhideWhenUsed="0"/>
    <w:lsdException w:name="Light Grid Accent 6" w:semiHidden="0" w:uiPriority="8324" w:unhideWhenUsed="0"/>
    <w:lsdException w:name="Medium Shading 1 Accent 6" w:semiHidden="0" w:uiPriority="8325" w:unhideWhenUsed="0"/>
    <w:lsdException w:name="Medium Shading 2 Accent 6" w:semiHidden="0" w:uiPriority="20848" w:unhideWhenUsed="0"/>
    <w:lsdException w:name="Medium List 1 Accent 6" w:semiHidden="0" w:uiPriority="20849" w:unhideWhenUsed="0"/>
    <w:lsdException w:name="Medium List 2 Accent 6" w:semiHidden="0" w:uiPriority="21552" w:unhideWhenUsed="0"/>
    <w:lsdException w:name="Medium Grid 1 Accent 6" w:semiHidden="0" w:uiPriority="21553" w:unhideWhenUsed="0"/>
    <w:lsdException w:name="Medium Grid 2 Accent 6" w:semiHidden="0" w:uiPriority="21572" w:unhideWhenUsed="0"/>
    <w:lsdException w:name="Medium Grid 3 Accent 6" w:semiHidden="0" w:uiPriority="21573" w:unhideWhenUsed="0"/>
    <w:lsdException w:name="Dark List Accent 6" w:semiHidden="0" w:uiPriority="21652" w:unhideWhenUsed="0"/>
    <w:lsdException w:name="Colorful Shading Accent 6" w:semiHidden="0" w:uiPriority="21653" w:unhideWhenUsed="0"/>
    <w:lsdException w:name="Colorful List Accent 6" w:semiHidden="0" w:uiPriority="21768" w:unhideWhenUsed="0"/>
    <w:lsdException w:name="Colorful Grid Accent 6" w:semiHidden="0" w:uiPriority="21769" w:unhideWhenUsed="0"/>
    <w:lsdException w:name="Subtle Emphasis" w:semiHidden="0" w:uiPriority="307" w:unhideWhenUsed="0" w:qFormat="1"/>
    <w:lsdException w:name="Intense Emphasis" w:semiHidden="0" w:uiPriority="663" w:unhideWhenUsed="0" w:qFormat="1"/>
    <w:lsdException w:name="Subtle Reference" w:semiHidden="0" w:uiPriority="1585" w:unhideWhenUsed="0" w:qFormat="1"/>
    <w:lsdException w:name="Intense Reference" w:semiHidden="0" w:uiPriority="1634" w:unhideWhenUsed="0" w:qFormat="1"/>
    <w:lsdException w:name="Book Title" w:semiHidden="0" w:uiPriority="1635" w:unhideWhenUsed="0" w:qFormat="1"/>
    <w:lsdException w:name="Bibliography" w:uiPriority="1909"/>
    <w:lsdException w:name="TOC Heading" w:uiPriority="1911" w:qFormat="1"/>
  </w:latentStyles>
  <w:style w:type="paragraph" w:default="1" w:styleId="Normal">
    <w:name w:val="Normal"/>
    <w:qFormat/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0" w:before="48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0" w:before="20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0" w:before="200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text1" w:themeFillTint="3f"/>
    </w:tcPr>
    <w:tblStylePr w:type="firstRow">
      <w:rPr>
        <w:b/>
        <w:bCs/>
        <w:color w:val="000000"/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7F7F" w:themeFill="text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89898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BCBCB" w:themeFill="text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text1" w:themeFillTint="33"/>
    </w:tcPr>
    <w:tblStylePr w:type="firstRow">
      <w:rPr>
        <w:b/>
        <w:bCs/>
      </w:rPr>
      <w:tblPr/>
      <w:tcPr>
        <w:shd w:val="clear" w:color="auto" w:fill="989898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su555</cp:lastModifiedBy>
  <cp:revision>1</cp:revision>
  <dcterms:created xsi:type="dcterms:W3CDTF">2013-12-23T23:15:00Z</dcterms:created>
  <dcterms:modified xsi:type="dcterms:W3CDTF">2025-11-11T17:44:08Z</dcterms:modified>
  <cp:version>1200.0100.01</cp:version>
</cp:coreProperties>
</file>